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IPS TikTok: script</w:t>
      </w:r>
    </w:p>
    <w:p>
      <w:r>
        <w:rPr>
          <w:i/>
        </w:rPr>
        <w:t>The casual script for the 27-second vertical version, one line per beat. Every claim comes from your scripts.</w:t>
      </w:r>
    </w:p>
    <w:p>
      <w:r>
        <w:t>Wait. Palms have their own society?</w:t>
      </w:r>
    </w:p>
    <w:p>
      <w:r>
        <w:t>Since 1956!</w:t>
      </w:r>
    </w:p>
    <w:p>
      <w:r>
        <w:t>The International Palm Society.</w:t>
      </w:r>
    </w:p>
    <w:p>
      <w:r>
        <w:t>Scientists, growers, and extremely enthusiastic plant people.</w:t>
      </w:r>
    </w:p>
    <w:p>
      <w:r>
        <w:t>We publish Palms, the journal.</w:t>
      </w:r>
    </w:p>
    <w:p>
      <w:r>
        <w:t>We fund research.</w:t>
      </w:r>
    </w:p>
    <w:p>
      <w:r>
        <w:t>We help protect threatened palms in the wild.</w:t>
      </w:r>
    </w:p>
    <w:p>
      <w:r>
        <w:t>We go on palm trips.</w:t>
      </w:r>
    </w:p>
    <w:p>
      <w:r>
        <w:t>We nerd out on PalmTalk.</w:t>
      </w:r>
    </w:p>
    <w:p>
      <w:r>
        <w:t>April 17th? That's literally International Palm Day.</w:t>
      </w:r>
    </w:p>
    <w:p>
      <w:r>
        <w:t>Your new obsession: palms.org.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